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801" w:type="dxa"/>
        <w:jc w:val="center"/>
        <w:tblLayout w:type="fixed"/>
        <w:tblLook w:val="04A0" w:firstRow="1" w:lastRow="0" w:firstColumn="1" w:lastColumn="0" w:noHBand="0" w:noVBand="1"/>
      </w:tblPr>
      <w:tblGrid>
        <w:gridCol w:w="3430"/>
        <w:gridCol w:w="6623"/>
        <w:gridCol w:w="748"/>
      </w:tblGrid>
      <w:tr w:rsidR="00A8434B" w14:paraId="5A4B707F" w14:textId="77777777" w:rsidTr="00B23144">
        <w:trPr>
          <w:jc w:val="center"/>
        </w:trPr>
        <w:tc>
          <w:tcPr>
            <w:tcW w:w="3430" w:type="dxa"/>
            <w:tcMar>
              <w:top w:w="10" w:type="dxa"/>
              <w:left w:w="20" w:type="dxa"/>
              <w:bottom w:w="10" w:type="dxa"/>
              <w:right w:w="20" w:type="dxa"/>
            </w:tcMar>
          </w:tcPr>
          <w:p w14:paraId="56BE23B2" w14:textId="77777777" w:rsidR="00A8434B" w:rsidRDefault="00F16F80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00B267D3" wp14:editId="2A570E0F">
                  <wp:simplePos x="0" y="0"/>
                  <wp:positionH relativeFrom="column">
                    <wp:posOffset>266065</wp:posOffset>
                  </wp:positionH>
                  <wp:positionV relativeFrom="paragraph">
                    <wp:posOffset>50800</wp:posOffset>
                  </wp:positionV>
                  <wp:extent cx="1508760" cy="794385"/>
                  <wp:effectExtent l="0" t="0" r="2540" b="5715"/>
                  <wp:wrapTight wrapText="bothSides">
                    <wp:wrapPolygon edited="0">
                      <wp:start x="0" y="0"/>
                      <wp:lineTo x="0" y="21410"/>
                      <wp:lineTo x="21455" y="21410"/>
                      <wp:lineTo x="21455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94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23" w:type="dxa"/>
            <w:tcMar>
              <w:top w:w="10" w:type="dxa"/>
              <w:left w:w="20" w:type="dxa"/>
              <w:bottom w:w="10" w:type="dxa"/>
              <w:right w:w="20" w:type="dxa"/>
            </w:tcMar>
          </w:tcPr>
          <w:p w14:paraId="245D6D9A" w14:textId="77777777" w:rsidR="00B23144" w:rsidRDefault="00B23144">
            <w:pPr>
              <w:jc w:val="center"/>
              <w:rPr>
                <w:b/>
                <w:color w:val="1F4E79"/>
                <w:sz w:val="26"/>
              </w:rPr>
            </w:pPr>
          </w:p>
          <w:p w14:paraId="576C4585" w14:textId="750A39EF" w:rsidR="00A8434B" w:rsidRDefault="00F16F80">
            <w:pPr>
              <w:jc w:val="center"/>
            </w:pPr>
            <w:r>
              <w:rPr>
                <w:b/>
                <w:color w:val="1F4E79"/>
                <w:sz w:val="26"/>
              </w:rPr>
              <w:t>AVICC 2027 AGM &amp; CONVENTION</w:t>
            </w:r>
          </w:p>
          <w:p w14:paraId="6FB3E1B2" w14:textId="77777777" w:rsidR="00A8434B" w:rsidRDefault="00F16F80">
            <w:pPr>
              <w:jc w:val="center"/>
            </w:pPr>
            <w:r>
              <w:rPr>
                <w:b/>
              </w:rPr>
              <w:t>April 16-18, 2027 | Vancouver Island Conference Centre, Nanaimo</w:t>
            </w:r>
          </w:p>
          <w:p w14:paraId="1F50E5B8" w14:textId="77777777" w:rsidR="00B23144" w:rsidRDefault="00B23144">
            <w:pPr>
              <w:jc w:val="center"/>
              <w:rPr>
                <w:b/>
                <w:color w:val="1F4E79"/>
                <w:sz w:val="26"/>
              </w:rPr>
            </w:pPr>
          </w:p>
          <w:p w14:paraId="27C00449" w14:textId="68C316DC" w:rsidR="00A8434B" w:rsidRDefault="00F16F80">
            <w:pPr>
              <w:jc w:val="center"/>
              <w:rPr>
                <w:b/>
                <w:color w:val="1F4E79"/>
                <w:sz w:val="26"/>
              </w:rPr>
            </w:pPr>
            <w:r>
              <w:rPr>
                <w:b/>
                <w:color w:val="1F4E79"/>
                <w:sz w:val="26"/>
              </w:rPr>
              <w:t>MEMBER SESSION RECOMMENDATION</w:t>
            </w:r>
          </w:p>
          <w:p w14:paraId="62E65675" w14:textId="77777777" w:rsidR="00B23144" w:rsidRDefault="00B23144">
            <w:pPr>
              <w:jc w:val="center"/>
            </w:pPr>
          </w:p>
        </w:tc>
        <w:tc>
          <w:tcPr>
            <w:tcW w:w="748" w:type="dxa"/>
            <w:tcMar>
              <w:top w:w="10" w:type="dxa"/>
              <w:left w:w="20" w:type="dxa"/>
              <w:bottom w:w="10" w:type="dxa"/>
              <w:right w:w="20" w:type="dxa"/>
            </w:tcMar>
          </w:tcPr>
          <w:p w14:paraId="398FBCD1" w14:textId="77777777" w:rsidR="00A8434B" w:rsidRDefault="00A8434B"/>
        </w:tc>
      </w:tr>
      <w:tr w:rsidR="00A8434B" w14:paraId="590F2A5E" w14:textId="77777777" w:rsidTr="00B23144">
        <w:tblPrEx>
          <w:tbl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  <w:insideH w:val="single" w:sz="10" w:space="0" w:color="1F4E79"/>
            <w:insideV w:val="single" w:sz="10" w:space="0" w:color="1F4E79"/>
          </w:tblBorders>
        </w:tblPrEx>
        <w:trPr>
          <w:jc w:val="center"/>
        </w:trPr>
        <w:tc>
          <w:tcPr>
            <w:tcW w:w="10801" w:type="dxa"/>
            <w:gridSpan w:val="3"/>
            <w:shd w:val="clear" w:color="auto" w:fill="D9EA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27986C" w14:textId="77777777" w:rsidR="00A8434B" w:rsidRDefault="00F16F80">
            <w:pPr>
              <w:jc w:val="center"/>
            </w:pPr>
            <w:r>
              <w:rPr>
                <w:b/>
                <w:color w:val="1F4E79"/>
                <w:sz w:val="20"/>
              </w:rPr>
              <w:t>SUBMISSION DEADLINE: FRIDAY, NOVEMBER 27, 2026 AT 12:00 NOON</w:t>
            </w:r>
          </w:p>
        </w:tc>
      </w:tr>
    </w:tbl>
    <w:p w14:paraId="35D94EC3" w14:textId="38F99D50" w:rsidR="00A8434B" w:rsidRDefault="00F16F80">
      <w:pPr>
        <w:spacing w:before="80" w:after="80"/>
        <w:rPr>
          <w:sz w:val="17"/>
        </w:rPr>
      </w:pPr>
      <w:r>
        <w:rPr>
          <w:sz w:val="17"/>
        </w:rPr>
        <w:t xml:space="preserve">Use this form to recommend a topic or speaker for consideration without submitting a fully developed session proposal. </w:t>
      </w:r>
      <w:r>
        <w:rPr>
          <w:b/>
          <w:sz w:val="17"/>
        </w:rPr>
        <w:t xml:space="preserve">AVICC has one staff person, so member involvement in developing recommended sessions is strongly encouraged. </w:t>
      </w:r>
      <w:r>
        <w:rPr>
          <w:sz w:val="17"/>
        </w:rPr>
        <w:t xml:space="preserve">Recommendations will be reviewed at the December 4, 2026 </w:t>
      </w:r>
      <w:r w:rsidR="00B23144">
        <w:rPr>
          <w:sz w:val="17"/>
        </w:rPr>
        <w:t>Executive meeting, with programming decisions finalized by January 2027.</w:t>
      </w:r>
    </w:p>
    <w:p w14:paraId="4C991EAC" w14:textId="77777777" w:rsidR="00B23144" w:rsidRDefault="00B23144">
      <w:pPr>
        <w:spacing w:before="80" w:after="80"/>
      </w:pPr>
    </w:p>
    <w:tbl>
      <w:tblPr>
        <w:tblW w:w="0" w:type="auto"/>
        <w:jc w:val="center"/>
        <w:tblBorders>
          <w:top w:val="single" w:sz="6" w:space="0" w:color="7F8C98"/>
          <w:left w:val="single" w:sz="6" w:space="0" w:color="7F8C98"/>
          <w:bottom w:val="single" w:sz="6" w:space="0" w:color="7F8C98"/>
          <w:right w:val="single" w:sz="6" w:space="0" w:color="7F8C98"/>
          <w:insideH w:val="single" w:sz="6" w:space="0" w:color="7F8C98"/>
          <w:insideV w:val="single" w:sz="6" w:space="0" w:color="7F8C98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A8434B" w14:paraId="76C5CE30" w14:textId="77777777">
        <w:trPr>
          <w:jc w:val="center"/>
        </w:trPr>
        <w:tc>
          <w:tcPr>
            <w:tcW w:w="4968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AF56EB" w14:textId="77777777" w:rsidR="00A8434B" w:rsidRDefault="00F16F80">
            <w:pPr>
              <w:spacing w:after="40"/>
            </w:pPr>
            <w:r>
              <w:rPr>
                <w:b/>
                <w:color w:val="1F4E79"/>
              </w:rPr>
              <w:t>Member organization name:</w:t>
            </w:r>
          </w:p>
          <w:p w14:paraId="1DA66B89" w14:textId="77777777" w:rsidR="00A8434B" w:rsidRDefault="00F16F80">
            <w:pPr>
              <w:spacing w:line="240" w:lineRule="auto"/>
            </w:pPr>
            <w:r>
              <w:t xml:space="preserve"> </w:t>
            </w:r>
          </w:p>
        </w:tc>
        <w:tc>
          <w:tcPr>
            <w:tcW w:w="4968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782B7B" w14:textId="77777777" w:rsidR="00A8434B" w:rsidRDefault="00F16F80">
            <w:pPr>
              <w:spacing w:after="40"/>
            </w:pPr>
            <w:r>
              <w:rPr>
                <w:b/>
                <w:color w:val="1F4E79"/>
              </w:rPr>
              <w:t>Member name and title:</w:t>
            </w:r>
          </w:p>
          <w:p w14:paraId="6128D6D0" w14:textId="77777777" w:rsidR="00A8434B" w:rsidRDefault="00F16F80">
            <w:pPr>
              <w:spacing w:line="240" w:lineRule="auto"/>
            </w:pPr>
            <w:r>
              <w:t xml:space="preserve"> </w:t>
            </w:r>
          </w:p>
        </w:tc>
      </w:tr>
      <w:tr w:rsidR="00A8434B" w14:paraId="3E7921E3" w14:textId="77777777">
        <w:trPr>
          <w:jc w:val="center"/>
        </w:trPr>
        <w:tc>
          <w:tcPr>
            <w:tcW w:w="4968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840578" w14:textId="77777777" w:rsidR="00A8434B" w:rsidRDefault="00F16F80">
            <w:pPr>
              <w:spacing w:after="40"/>
            </w:pPr>
            <w:r>
              <w:rPr>
                <w:b/>
                <w:color w:val="1F4E79"/>
              </w:rPr>
              <w:t>Phone:</w:t>
            </w:r>
          </w:p>
          <w:p w14:paraId="6CD293FF" w14:textId="77777777" w:rsidR="00A8434B" w:rsidRDefault="00F16F80">
            <w:pPr>
              <w:spacing w:line="240" w:lineRule="auto"/>
            </w:pPr>
            <w:r>
              <w:t xml:space="preserve"> </w:t>
            </w:r>
          </w:p>
        </w:tc>
        <w:tc>
          <w:tcPr>
            <w:tcW w:w="4968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84A1CF" w14:textId="77777777" w:rsidR="00A8434B" w:rsidRDefault="00F16F80">
            <w:pPr>
              <w:spacing w:after="40"/>
            </w:pPr>
            <w:r>
              <w:rPr>
                <w:b/>
                <w:color w:val="1F4E79"/>
              </w:rPr>
              <w:t>Email:</w:t>
            </w:r>
          </w:p>
          <w:p w14:paraId="2C406BED" w14:textId="77777777" w:rsidR="00A8434B" w:rsidRDefault="00F16F80">
            <w:pPr>
              <w:spacing w:line="240" w:lineRule="auto"/>
            </w:pPr>
            <w:r>
              <w:t xml:space="preserve"> </w:t>
            </w:r>
          </w:p>
        </w:tc>
      </w:tr>
      <w:tr w:rsidR="00A8434B" w14:paraId="1959D317" w14:textId="77777777">
        <w:trPr>
          <w:jc w:val="center"/>
        </w:trPr>
        <w:tc>
          <w:tcPr>
            <w:tcW w:w="9936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15E38C" w14:textId="77777777" w:rsidR="00A8434B" w:rsidRDefault="00F16F80">
            <w:pPr>
              <w:spacing w:after="40"/>
            </w:pPr>
            <w:r>
              <w:rPr>
                <w:b/>
                <w:color w:val="1F4E79"/>
              </w:rPr>
              <w:t>Title and/or topic:</w:t>
            </w:r>
          </w:p>
          <w:p w14:paraId="0AC742C9" w14:textId="77777777" w:rsidR="00A8434B" w:rsidRDefault="00F16F80">
            <w:pPr>
              <w:spacing w:line="240" w:lineRule="auto"/>
            </w:pPr>
            <w:r>
              <w:t xml:space="preserve"> </w:t>
            </w:r>
          </w:p>
        </w:tc>
      </w:tr>
      <w:tr w:rsidR="00A8434B" w14:paraId="1F9A03ED" w14:textId="77777777">
        <w:trPr>
          <w:jc w:val="center"/>
        </w:trPr>
        <w:tc>
          <w:tcPr>
            <w:tcW w:w="9936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03EA6E" w14:textId="40AEDCB7" w:rsidR="00A8434B" w:rsidRDefault="00F16F80">
            <w:pPr>
              <w:spacing w:after="40"/>
            </w:pPr>
            <w:r>
              <w:rPr>
                <w:b/>
                <w:color w:val="1F4E79"/>
              </w:rPr>
              <w:t>Potential facilitators or panelists:</w:t>
            </w:r>
            <w:r>
              <w:rPr>
                <w:i/>
                <w:color w:val="666666"/>
                <w:sz w:val="16"/>
              </w:rPr>
              <w:t xml:space="preserve">  Names or organizations, if known</w:t>
            </w:r>
            <w:r w:rsidR="00B23144">
              <w:rPr>
                <w:i/>
                <w:color w:val="666666"/>
                <w:sz w:val="16"/>
              </w:rPr>
              <w:t xml:space="preserve">. </w:t>
            </w:r>
            <w:r w:rsidR="005B5DD0">
              <w:rPr>
                <w:i/>
                <w:color w:val="666666"/>
                <w:sz w:val="16"/>
              </w:rPr>
              <w:t>Recommendations are encouraged even if potential facilitators or panelists have not yet been identified</w:t>
            </w:r>
            <w:r w:rsidR="00B23144">
              <w:rPr>
                <w:i/>
                <w:color w:val="666666"/>
                <w:sz w:val="16"/>
              </w:rPr>
              <w:t>.</w:t>
            </w:r>
          </w:p>
          <w:p w14:paraId="7F4545F7" w14:textId="77777777" w:rsidR="00A8434B" w:rsidRDefault="00F16F80">
            <w:pPr>
              <w:spacing w:line="240" w:lineRule="auto"/>
            </w:pPr>
            <w:r>
              <w:t xml:space="preserve"> </w:t>
            </w:r>
          </w:p>
        </w:tc>
      </w:tr>
      <w:tr w:rsidR="00A8434B" w14:paraId="7D258680" w14:textId="77777777">
        <w:trPr>
          <w:jc w:val="center"/>
        </w:trPr>
        <w:tc>
          <w:tcPr>
            <w:tcW w:w="9936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9563DA" w14:textId="7E064F98" w:rsidR="00A8434B" w:rsidRDefault="00F16F80">
            <w:pPr>
              <w:spacing w:after="40"/>
            </w:pPr>
            <w:r>
              <w:rPr>
                <w:b/>
                <w:color w:val="1F4E79"/>
              </w:rPr>
              <w:t>Session description:</w:t>
            </w:r>
            <w:r>
              <w:rPr>
                <w:i/>
                <w:color w:val="666666"/>
                <w:sz w:val="16"/>
              </w:rPr>
              <w:t xml:space="preserve">  What would the session cover, and why would it be </w:t>
            </w:r>
            <w:r w:rsidR="00B23144">
              <w:rPr>
                <w:i/>
                <w:color w:val="666666"/>
                <w:sz w:val="16"/>
              </w:rPr>
              <w:t xml:space="preserve">relevant </w:t>
            </w:r>
            <w:r>
              <w:rPr>
                <w:i/>
                <w:color w:val="666666"/>
                <w:sz w:val="16"/>
              </w:rPr>
              <w:t>to AVICC members?</w:t>
            </w:r>
          </w:p>
          <w:p w14:paraId="68248A58" w14:textId="77777777" w:rsidR="00A8434B" w:rsidRDefault="00F16F80">
            <w:pPr>
              <w:spacing w:line="240" w:lineRule="auto"/>
            </w:pPr>
            <w:r>
              <w:t xml:space="preserve"> </w:t>
            </w:r>
          </w:p>
          <w:p w14:paraId="5CDC3E3D" w14:textId="77777777" w:rsidR="00A8434B" w:rsidRDefault="00F16F80">
            <w:pPr>
              <w:spacing w:line="240" w:lineRule="auto"/>
            </w:pPr>
            <w:r>
              <w:t xml:space="preserve"> </w:t>
            </w:r>
          </w:p>
          <w:p w14:paraId="084C9610" w14:textId="77777777" w:rsidR="00A8434B" w:rsidRDefault="00F16F80">
            <w:pPr>
              <w:spacing w:line="240" w:lineRule="auto"/>
            </w:pPr>
            <w:r>
              <w:t xml:space="preserve"> </w:t>
            </w:r>
          </w:p>
        </w:tc>
      </w:tr>
      <w:tr w:rsidR="00A8434B" w14:paraId="1D672576" w14:textId="77777777">
        <w:trPr>
          <w:jc w:val="center"/>
        </w:trPr>
        <w:tc>
          <w:tcPr>
            <w:tcW w:w="9936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A5E087" w14:textId="77777777" w:rsidR="00A8434B" w:rsidRDefault="00F16F80">
            <w:pPr>
              <w:spacing w:after="40"/>
            </w:pPr>
            <w:r>
              <w:rPr>
                <w:b/>
                <w:color w:val="1F4E79"/>
              </w:rPr>
              <w:t>Member involvement:</w:t>
            </w:r>
            <w:r>
              <w:rPr>
                <w:i/>
                <w:color w:val="666666"/>
                <w:sz w:val="16"/>
              </w:rPr>
              <w:t xml:space="preserve">  Please indicate whether you can help develop the session, contact speakers, participate as a facilitator or panelist, or provide other support.</w:t>
            </w:r>
          </w:p>
          <w:p w14:paraId="2DA35078" w14:textId="77777777" w:rsidR="00A8434B" w:rsidRDefault="00F16F80">
            <w:pPr>
              <w:spacing w:line="240" w:lineRule="auto"/>
            </w:pPr>
            <w:r>
              <w:t xml:space="preserve"> </w:t>
            </w:r>
          </w:p>
          <w:p w14:paraId="6D52D2A0" w14:textId="77777777" w:rsidR="00A8434B" w:rsidRDefault="00F16F80">
            <w:pPr>
              <w:spacing w:line="240" w:lineRule="auto"/>
            </w:pPr>
            <w:r>
              <w:t xml:space="preserve"> </w:t>
            </w:r>
          </w:p>
        </w:tc>
      </w:tr>
      <w:tr w:rsidR="00A8434B" w14:paraId="77448797" w14:textId="77777777">
        <w:trPr>
          <w:jc w:val="center"/>
        </w:trPr>
        <w:tc>
          <w:tcPr>
            <w:tcW w:w="9936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14D18C" w14:textId="77777777" w:rsidR="00A8434B" w:rsidRDefault="00F16F80">
            <w:pPr>
              <w:spacing w:after="40"/>
            </w:pPr>
            <w:r>
              <w:rPr>
                <w:b/>
                <w:color w:val="1F4E79"/>
              </w:rPr>
              <w:t>Additional information:</w:t>
            </w:r>
            <w:r>
              <w:rPr>
                <w:i/>
                <w:color w:val="666666"/>
                <w:sz w:val="16"/>
              </w:rPr>
              <w:t xml:space="preserve">  Optional</w:t>
            </w:r>
          </w:p>
          <w:p w14:paraId="4EB7ABBE" w14:textId="77777777" w:rsidR="00A8434B" w:rsidRDefault="00F16F80">
            <w:pPr>
              <w:spacing w:line="240" w:lineRule="auto"/>
            </w:pPr>
            <w:r>
              <w:t xml:space="preserve"> </w:t>
            </w:r>
          </w:p>
        </w:tc>
      </w:tr>
    </w:tbl>
    <w:p w14:paraId="1B129774" w14:textId="77777777" w:rsidR="00A8434B" w:rsidRDefault="00F16F80">
      <w:pPr>
        <w:spacing w:before="80"/>
        <w:jc w:val="center"/>
      </w:pPr>
      <w:r>
        <w:rPr>
          <w:b/>
          <w:color w:val="1F4E79"/>
          <w:sz w:val="17"/>
        </w:rPr>
        <w:t>Submit the completed Word document to info@avicc.ca by 12:00 noon on Friday, November 27, 2026.</w:t>
      </w:r>
    </w:p>
    <w:sectPr w:rsidR="00A8434B" w:rsidSect="00034616">
      <w:footerReference w:type="default" r:id="rId9"/>
      <w:pgSz w:w="12240" w:h="15840"/>
      <w:pgMar w:top="504" w:right="792" w:bottom="504" w:left="792" w:header="216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FD139B" w14:textId="77777777" w:rsidR="00F16F80" w:rsidRDefault="00F16F80">
      <w:pPr>
        <w:spacing w:line="240" w:lineRule="auto"/>
      </w:pPr>
      <w:r>
        <w:separator/>
      </w:r>
    </w:p>
  </w:endnote>
  <w:endnote w:type="continuationSeparator" w:id="0">
    <w:p w14:paraId="14D484F5" w14:textId="77777777" w:rsidR="00F16F80" w:rsidRDefault="00F16F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812C4B" w14:textId="77777777" w:rsidR="00A8434B" w:rsidRDefault="00F16F80">
    <w:pPr>
      <w:pStyle w:val="Footer"/>
      <w:jc w:val="center"/>
    </w:pPr>
    <w:r>
      <w:rPr>
        <w:color w:val="666666"/>
        <w:sz w:val="14"/>
      </w:rPr>
      <w:t>AVICC 2027 Member Session Recommendation | Submission Deadline November 27,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E31310" w14:textId="77777777" w:rsidR="00F16F80" w:rsidRDefault="00F16F80">
      <w:pPr>
        <w:spacing w:line="240" w:lineRule="auto"/>
      </w:pPr>
      <w:r>
        <w:separator/>
      </w:r>
    </w:p>
  </w:footnote>
  <w:footnote w:type="continuationSeparator" w:id="0">
    <w:p w14:paraId="4F833B8C" w14:textId="77777777" w:rsidR="00F16F80" w:rsidRDefault="00F16F8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8517374">
    <w:abstractNumId w:val="8"/>
  </w:num>
  <w:num w:numId="2" w16cid:durableId="1947612754">
    <w:abstractNumId w:val="6"/>
  </w:num>
  <w:num w:numId="3" w16cid:durableId="1823233126">
    <w:abstractNumId w:val="5"/>
  </w:num>
  <w:num w:numId="4" w16cid:durableId="1657997879">
    <w:abstractNumId w:val="4"/>
  </w:num>
  <w:num w:numId="5" w16cid:durableId="2037077986">
    <w:abstractNumId w:val="7"/>
  </w:num>
  <w:num w:numId="6" w16cid:durableId="963735919">
    <w:abstractNumId w:val="3"/>
  </w:num>
  <w:num w:numId="7" w16cid:durableId="1074820405">
    <w:abstractNumId w:val="2"/>
  </w:num>
  <w:num w:numId="8" w16cid:durableId="1252667280">
    <w:abstractNumId w:val="1"/>
  </w:num>
  <w:num w:numId="9" w16cid:durableId="20091645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3DB5"/>
    <w:rsid w:val="005B5DD0"/>
    <w:rsid w:val="00A8434B"/>
    <w:rsid w:val="00AA1D8D"/>
    <w:rsid w:val="00B23144"/>
    <w:rsid w:val="00B47730"/>
    <w:rsid w:val="00CB0664"/>
    <w:rsid w:val="00F16F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75B77C8-28BE-384A-A2E2-3C546C38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178</Words>
  <Characters>1057</Characters>
  <Application>Microsoft Office Word</Application>
  <DocSecurity>0</DocSecurity>
  <Lines>37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AVICC Info</dc:creator>
  <cp:keywords/>
  <dc:description>generated by python-docx</dc:description>
  <cp:lastModifiedBy>AVICC Info</cp:lastModifiedBy>
  <cp:revision>3</cp:revision>
  <dcterms:created xsi:type="dcterms:W3CDTF">2026-10-16T20:02:00Z</dcterms:created>
  <dcterms:modified xsi:type="dcterms:W3CDTF">2026-10-16T20:31:00Z</dcterms:modified>
  <cp:category/>
</cp:coreProperties>
</file>